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0667D" w14:textId="73CA67CD" w:rsidR="00BE0D00" w:rsidRDefault="00BF4078">
      <w:pPr>
        <w:pStyle w:val="Heading1"/>
      </w:pPr>
      <w:r>
        <w:t>Centered and Sent Group Discussion Guide</w:t>
      </w:r>
    </w:p>
    <w:p w14:paraId="45887B50" w14:textId="77777777" w:rsidR="00BE0D00" w:rsidRDefault="00000000">
      <w:r>
        <w:t>Using the 4 R’s: Reveal • Restore • Respond • Reach</w:t>
      </w:r>
    </w:p>
    <w:p w14:paraId="441AAC60" w14:textId="18EB8332" w:rsidR="00403901" w:rsidRDefault="00403901">
      <w:r>
        <w:t>Read the passage</w:t>
      </w:r>
      <w:r w:rsidR="00F02105">
        <w:t xml:space="preserve"> from the prior Sunday out loud around the room.  </w:t>
      </w:r>
    </w:p>
    <w:p w14:paraId="1FEF84DB" w14:textId="028456F0" w:rsidR="00BE0D00" w:rsidRDefault="00000000">
      <w:pPr>
        <w:pStyle w:val="Heading2"/>
      </w:pPr>
      <w:r>
        <w:t xml:space="preserve">1. REVEAL – What does </w:t>
      </w:r>
      <w:r w:rsidR="008C7837">
        <w:t>this passage REVEAL about God</w:t>
      </w:r>
      <w:r>
        <w:t>?</w:t>
      </w:r>
    </w:p>
    <w:p w14:paraId="213F6FC7" w14:textId="77777777" w:rsidR="00BE0D00" w:rsidRDefault="00000000">
      <w:r>
        <w:t>• What did this passage or message reveal about what God values or desires?</w:t>
      </w:r>
    </w:p>
    <w:p w14:paraId="19AFEE47" w14:textId="70B6B0AB" w:rsidR="00BE0D00" w:rsidRDefault="00000000">
      <w:r>
        <w:t>•</w:t>
      </w:r>
      <w:r w:rsidR="00F873F9">
        <w:t xml:space="preserve"> What attributes of God’s character </w:t>
      </w:r>
      <w:r w:rsidR="003F23AA">
        <w:t>are displayed in this passage?</w:t>
      </w:r>
    </w:p>
    <w:p w14:paraId="63A0C436" w14:textId="6072F23B" w:rsidR="008C7837" w:rsidRDefault="00000000" w:rsidP="008C7837">
      <w:r>
        <w:t xml:space="preserve">• </w:t>
      </w:r>
      <w:r w:rsidR="008C7837">
        <w:t>What truth about God or His nature stood out to you from this week’s sermon?</w:t>
      </w:r>
    </w:p>
    <w:p w14:paraId="0D54CA20" w14:textId="2994272E" w:rsidR="00BE0D00" w:rsidRDefault="00BE0D00"/>
    <w:p w14:paraId="08DAE72C" w14:textId="77777777" w:rsidR="00BE0D00" w:rsidRDefault="00000000">
      <w:pPr>
        <w:pStyle w:val="Heading2"/>
      </w:pPr>
      <w:r>
        <w:t>2. RESTORE – How does the gospel speak into this?</w:t>
      </w:r>
    </w:p>
    <w:p w14:paraId="3BAC2BEE" w14:textId="77777777" w:rsidR="008D633A" w:rsidRDefault="00000000" w:rsidP="008D633A">
      <w:r>
        <w:t xml:space="preserve">• </w:t>
      </w:r>
      <w:r w:rsidR="008D633A">
        <w:t>How did this sermon point you to Jesus and the good news of the gospel?</w:t>
      </w:r>
    </w:p>
    <w:p w14:paraId="3A8CFD6F" w14:textId="48361B87" w:rsidR="00BE0D00" w:rsidRDefault="00000000">
      <w:r>
        <w:t>•</w:t>
      </w:r>
      <w:r w:rsidR="008D633A">
        <w:t>Is there evidence of</w:t>
      </w:r>
      <w:r>
        <w:t xml:space="preserve"> our human brokenness or need for restoration </w:t>
      </w:r>
      <w:proofErr w:type="gramStart"/>
      <w:r>
        <w:t>in light of</w:t>
      </w:r>
      <w:proofErr w:type="gramEnd"/>
      <w:r>
        <w:t xml:space="preserve"> this </w:t>
      </w:r>
      <w:r w:rsidR="006D7249">
        <w:t>passage</w:t>
      </w:r>
      <w:r>
        <w:t>?</w:t>
      </w:r>
    </w:p>
    <w:p w14:paraId="1984F282" w14:textId="77777777" w:rsidR="0043701A" w:rsidRDefault="0043701A"/>
    <w:p w14:paraId="4F549D7F" w14:textId="77777777" w:rsidR="00BE0D00" w:rsidRDefault="00000000">
      <w:pPr>
        <w:pStyle w:val="Heading2"/>
      </w:pPr>
      <w:r>
        <w:t>3. RESPOND – What will I do with this truth?</w:t>
      </w:r>
    </w:p>
    <w:p w14:paraId="16516150" w14:textId="26653C38" w:rsidR="00BE0D00" w:rsidRDefault="00000000">
      <w:r>
        <w:t>•</w:t>
      </w:r>
      <w:r w:rsidR="00B70C36">
        <w:t xml:space="preserve">How might God want you to respond to His Word today?  </w:t>
      </w:r>
      <w:r>
        <w:t xml:space="preserve"> What change in attitude, action, or perspective is needed this week?</w:t>
      </w:r>
    </w:p>
    <w:p w14:paraId="4B0EFB79" w14:textId="77777777" w:rsidR="00BE0D00" w:rsidRDefault="00000000">
      <w:r>
        <w:t>• Is there a specific step of faith, forgiveness, or obedience you feel prompted to take?</w:t>
      </w:r>
    </w:p>
    <w:p w14:paraId="550ADFE3" w14:textId="77777777" w:rsidR="00BE0D00" w:rsidRDefault="00000000">
      <w:pPr>
        <w:pStyle w:val="Heading2"/>
      </w:pPr>
      <w:r>
        <w:t>4. REACH – How can I share this or live it out with others?</w:t>
      </w:r>
    </w:p>
    <w:p w14:paraId="1D3BF503" w14:textId="262293AC" w:rsidR="00BE0D00" w:rsidRDefault="00000000">
      <w:r>
        <w:t>• Who in your life needs to experience this truth through your words or actions?</w:t>
      </w:r>
      <w:r w:rsidR="0043701A">
        <w:t xml:space="preserve"> What small step </w:t>
      </w:r>
      <w:proofErr w:type="gramStart"/>
      <w:r w:rsidR="0043701A">
        <w:t>can  you</w:t>
      </w:r>
      <w:proofErr w:type="gramEnd"/>
      <w:r w:rsidR="0043701A">
        <w:t xml:space="preserve"> take to move toward them?  </w:t>
      </w:r>
    </w:p>
    <w:p w14:paraId="20333CFF" w14:textId="77777777" w:rsidR="00BE0D00" w:rsidRDefault="00000000">
      <w:r>
        <w:t>• How might this week’s message shape how you love or serve others?</w:t>
      </w:r>
    </w:p>
    <w:p w14:paraId="05DAE36D" w14:textId="77777777" w:rsidR="00BE0D00" w:rsidRDefault="00000000">
      <w:pPr>
        <w:pStyle w:val="Heading2"/>
      </w:pPr>
      <w:r>
        <w:t>Close in Prayer</w:t>
      </w:r>
    </w:p>
    <w:p w14:paraId="39538EC3" w14:textId="77777777" w:rsidR="00BE0D00" w:rsidRDefault="00000000">
      <w:r>
        <w:t>• Thank God for what He revealed.</w:t>
      </w:r>
    </w:p>
    <w:p w14:paraId="5598913A" w14:textId="77777777" w:rsidR="00BE0D00" w:rsidRDefault="00000000">
      <w:r>
        <w:t>• Ask for His power to restore and transform you.</w:t>
      </w:r>
    </w:p>
    <w:p w14:paraId="5908355C" w14:textId="77777777" w:rsidR="00BE0D00" w:rsidRDefault="00000000">
      <w:r>
        <w:t>• Pray for courage and compassion to reach others with His love.</w:t>
      </w:r>
    </w:p>
    <w:sectPr w:rsidR="00BE0D0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94757262">
    <w:abstractNumId w:val="8"/>
  </w:num>
  <w:num w:numId="2" w16cid:durableId="688481782">
    <w:abstractNumId w:val="6"/>
  </w:num>
  <w:num w:numId="3" w16cid:durableId="2010788339">
    <w:abstractNumId w:val="5"/>
  </w:num>
  <w:num w:numId="4" w16cid:durableId="217085975">
    <w:abstractNumId w:val="4"/>
  </w:num>
  <w:num w:numId="5" w16cid:durableId="1360356434">
    <w:abstractNumId w:val="7"/>
  </w:num>
  <w:num w:numId="6" w16cid:durableId="558442946">
    <w:abstractNumId w:val="3"/>
  </w:num>
  <w:num w:numId="7" w16cid:durableId="2039312222">
    <w:abstractNumId w:val="2"/>
  </w:num>
  <w:num w:numId="8" w16cid:durableId="1278223154">
    <w:abstractNumId w:val="1"/>
  </w:num>
  <w:num w:numId="9" w16cid:durableId="395318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3BD6"/>
    <w:rsid w:val="0005349D"/>
    <w:rsid w:val="0006063C"/>
    <w:rsid w:val="00141AF9"/>
    <w:rsid w:val="0015074B"/>
    <w:rsid w:val="0029639D"/>
    <w:rsid w:val="00326F90"/>
    <w:rsid w:val="003F23AA"/>
    <w:rsid w:val="00403901"/>
    <w:rsid w:val="004300DF"/>
    <w:rsid w:val="0043701A"/>
    <w:rsid w:val="006D7249"/>
    <w:rsid w:val="00776710"/>
    <w:rsid w:val="007D3AB7"/>
    <w:rsid w:val="008C7837"/>
    <w:rsid w:val="008D633A"/>
    <w:rsid w:val="0094620F"/>
    <w:rsid w:val="00AA1D8D"/>
    <w:rsid w:val="00B47730"/>
    <w:rsid w:val="00B70C36"/>
    <w:rsid w:val="00BE0D00"/>
    <w:rsid w:val="00BF4078"/>
    <w:rsid w:val="00CB0664"/>
    <w:rsid w:val="00E123F7"/>
    <w:rsid w:val="00F02105"/>
    <w:rsid w:val="00F57A0E"/>
    <w:rsid w:val="00F873F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CC1887"/>
  <w14:defaultImageDpi w14:val="300"/>
  <w15:docId w15:val="{5A86B044-95B0-431E-BE11-454CF5E43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Shannon Wilson</cp:lastModifiedBy>
  <cp:revision>18</cp:revision>
  <dcterms:created xsi:type="dcterms:W3CDTF">2025-11-17T16:51:00Z</dcterms:created>
  <dcterms:modified xsi:type="dcterms:W3CDTF">2026-08-12T19:03:00Z</dcterms:modified>
  <cp:category/>
</cp:coreProperties>
</file>